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674B" w14:textId="77777777" w:rsidR="00034DC4" w:rsidRDefault="00000000" w:rsidP="00B12C61">
      <w:pPr>
        <w:bidi/>
        <w:jc w:val="center"/>
      </w:pPr>
      <w:r>
        <w:rPr>
          <w:noProof/>
        </w:rPr>
        <w:drawing>
          <wp:inline distT="0" distB="0" distL="0" distR="0" wp14:anchorId="6B15AD3F" wp14:editId="39A43BEE">
            <wp:extent cx="2011680" cy="1972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9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A8C0" w14:textId="77777777" w:rsidR="00034DC4" w:rsidRDefault="00000000" w:rsidP="00B12C61">
      <w:pPr>
        <w:bidi/>
        <w:jc w:val="center"/>
      </w:pPr>
      <w:r>
        <w:rPr>
          <w:b/>
          <w:sz w:val="48"/>
        </w:rPr>
        <w:br/>
        <w:t>الخطة العلمية</w:t>
      </w:r>
      <w:r>
        <w:rPr>
          <w:b/>
          <w:sz w:val="48"/>
        </w:rPr>
        <w:br/>
        <w:t>كلية التمريض</w:t>
      </w:r>
      <w:r>
        <w:rPr>
          <w:b/>
          <w:sz w:val="48"/>
        </w:rPr>
        <w:br/>
        <w:t>جامعة مدينة العلم</w:t>
      </w:r>
      <w:r>
        <w:rPr>
          <w:b/>
          <w:sz w:val="48"/>
        </w:rPr>
        <w:br/>
        <w:t>للعام الدراسي 2025 – 2026</w:t>
      </w:r>
    </w:p>
    <w:p w14:paraId="633694EE" w14:textId="77777777" w:rsidR="00034DC4" w:rsidRDefault="00000000" w:rsidP="00B12C61">
      <w:pPr>
        <w:bidi/>
      </w:pPr>
      <w:r>
        <w:br w:type="page"/>
      </w:r>
    </w:p>
    <w:p w14:paraId="4293FC5D" w14:textId="065DCDC9" w:rsidR="00034DC4" w:rsidRDefault="00034DC4" w:rsidP="00B12C61">
      <w:pPr>
        <w:pStyle w:val="Heading1"/>
        <w:bidi/>
      </w:pPr>
    </w:p>
    <w:p w14:paraId="42454165" w14:textId="77777777" w:rsidR="00034DC4" w:rsidRDefault="00000000" w:rsidP="00B12C61">
      <w:pPr>
        <w:pStyle w:val="Heading2"/>
        <w:bidi/>
      </w:pPr>
      <w:r>
        <w:t>المؤتمرات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034DC4" w14:paraId="07999349" w14:textId="77777777">
        <w:tc>
          <w:tcPr>
            <w:tcW w:w="2160" w:type="dxa"/>
          </w:tcPr>
          <w:p w14:paraId="75EA8FB6" w14:textId="77777777" w:rsidR="00034DC4" w:rsidRDefault="00000000" w:rsidP="00B12C61">
            <w:pPr>
              <w:bidi/>
            </w:pPr>
            <w:r>
              <w:t>القسم</w:t>
            </w:r>
          </w:p>
        </w:tc>
        <w:tc>
          <w:tcPr>
            <w:tcW w:w="2160" w:type="dxa"/>
          </w:tcPr>
          <w:p w14:paraId="42983905" w14:textId="77777777" w:rsidR="00034DC4" w:rsidRDefault="00000000" w:rsidP="00B12C61">
            <w:pPr>
              <w:bidi/>
            </w:pPr>
            <w:r>
              <w:t>عنوان المؤتمر</w:t>
            </w:r>
          </w:p>
        </w:tc>
        <w:tc>
          <w:tcPr>
            <w:tcW w:w="2160" w:type="dxa"/>
          </w:tcPr>
          <w:p w14:paraId="64D0510D" w14:textId="77777777" w:rsidR="00034DC4" w:rsidRDefault="00000000" w:rsidP="00B12C61">
            <w:pPr>
              <w:bidi/>
            </w:pPr>
            <w:r>
              <w:t>مكان الانعقاد</w:t>
            </w:r>
          </w:p>
        </w:tc>
        <w:tc>
          <w:tcPr>
            <w:tcW w:w="2160" w:type="dxa"/>
          </w:tcPr>
          <w:p w14:paraId="26C25091" w14:textId="77777777" w:rsidR="00034DC4" w:rsidRDefault="00000000" w:rsidP="00B12C61">
            <w:pPr>
              <w:bidi/>
            </w:pPr>
            <w:r>
              <w:t>التاريخ</w:t>
            </w:r>
          </w:p>
        </w:tc>
      </w:tr>
      <w:tr w:rsidR="00B12C61" w14:paraId="3E00CB3F" w14:textId="77777777">
        <w:tc>
          <w:tcPr>
            <w:tcW w:w="2160" w:type="dxa"/>
          </w:tcPr>
          <w:p w14:paraId="2042F27A" w14:textId="77777777" w:rsidR="00B12C61" w:rsidRDefault="00B12C61" w:rsidP="00B12C61">
            <w:pPr>
              <w:bidi/>
              <w:rPr>
                <w:rtl/>
              </w:rPr>
            </w:pPr>
          </w:p>
          <w:p w14:paraId="1FD2A763" w14:textId="721DF41C" w:rsidR="00782CC6" w:rsidRDefault="00782CC6" w:rsidP="00782CC6">
            <w:pPr>
              <w:bidi/>
            </w:pPr>
            <w:r>
              <w:rPr>
                <w:rFonts w:hint="cs"/>
                <w:rtl/>
              </w:rPr>
              <w:t>كلية التمريض</w:t>
            </w:r>
          </w:p>
        </w:tc>
        <w:tc>
          <w:tcPr>
            <w:tcW w:w="2160" w:type="dxa"/>
          </w:tcPr>
          <w:p w14:paraId="5F6D1205" w14:textId="77777777" w:rsidR="00B12C61" w:rsidRDefault="00B12C61" w:rsidP="00B12C61">
            <w:pPr>
              <w:bidi/>
              <w:rPr>
                <w:rtl/>
              </w:rPr>
            </w:pPr>
          </w:p>
          <w:p w14:paraId="6F6C4CB7" w14:textId="4AB4E2DD" w:rsidR="00782CC6" w:rsidRDefault="00782CC6" w:rsidP="00782CC6">
            <w:pPr>
              <w:bidi/>
            </w:pPr>
            <w:r>
              <w:rPr>
                <w:rFonts w:hint="cs"/>
                <w:rtl/>
              </w:rPr>
              <w:t xml:space="preserve">مناقشة بحوث تخرج الطلبة </w:t>
            </w:r>
          </w:p>
        </w:tc>
        <w:tc>
          <w:tcPr>
            <w:tcW w:w="2160" w:type="dxa"/>
          </w:tcPr>
          <w:p w14:paraId="1595CDF7" w14:textId="77777777" w:rsidR="00B12C61" w:rsidRDefault="00B12C61" w:rsidP="00B12C61">
            <w:pPr>
              <w:bidi/>
              <w:rPr>
                <w:rtl/>
              </w:rPr>
            </w:pPr>
          </w:p>
          <w:p w14:paraId="28C7FAD3" w14:textId="43086726" w:rsidR="00782CC6" w:rsidRDefault="00782CC6" w:rsidP="00782CC6">
            <w:pPr>
              <w:bidi/>
            </w:pPr>
            <w:r>
              <w:rPr>
                <w:rFonts w:hint="cs"/>
                <w:rtl/>
              </w:rPr>
              <w:t>جامعة مدينة العلم</w:t>
            </w:r>
          </w:p>
        </w:tc>
        <w:tc>
          <w:tcPr>
            <w:tcW w:w="2160" w:type="dxa"/>
          </w:tcPr>
          <w:p w14:paraId="44B9B482" w14:textId="77777777" w:rsidR="00B12C61" w:rsidRDefault="00B12C61" w:rsidP="00B12C61">
            <w:pPr>
              <w:bidi/>
            </w:pPr>
          </w:p>
          <w:p w14:paraId="1AEE2B53" w14:textId="13692C45" w:rsidR="00B12C61" w:rsidRDefault="00782CC6" w:rsidP="00B12C61">
            <w:pPr>
              <w:bidi/>
              <w:rPr>
                <w:rFonts w:hint="cs"/>
                <w:rtl/>
                <w:lang w:bidi="ar-IQ"/>
              </w:rPr>
            </w:pPr>
            <w:r>
              <w:rPr>
                <w:rFonts w:hint="cs"/>
                <w:rtl/>
              </w:rPr>
              <w:t>12</w:t>
            </w:r>
            <w:r>
              <w:t>/</w:t>
            </w:r>
            <w:r>
              <w:rPr>
                <w:rFonts w:hint="cs"/>
                <w:rtl/>
                <w:lang w:bidi="ar-IQ"/>
              </w:rPr>
              <w:t>3</w:t>
            </w:r>
            <w:r>
              <w:rPr>
                <w:lang w:bidi="ar-IQ"/>
              </w:rPr>
              <w:t>/</w:t>
            </w:r>
            <w:r>
              <w:rPr>
                <w:rFonts w:hint="cs"/>
                <w:rtl/>
                <w:lang w:bidi="ar-IQ"/>
              </w:rPr>
              <w:t>2026</w:t>
            </w:r>
          </w:p>
        </w:tc>
      </w:tr>
      <w:tr w:rsidR="00B12C61" w14:paraId="7ADB12DE" w14:textId="77777777">
        <w:tc>
          <w:tcPr>
            <w:tcW w:w="2160" w:type="dxa"/>
          </w:tcPr>
          <w:p w14:paraId="035F4E2C" w14:textId="77777777" w:rsidR="00B12C61" w:rsidRDefault="00B12C61" w:rsidP="00B12C61">
            <w:pPr>
              <w:bidi/>
            </w:pPr>
          </w:p>
        </w:tc>
        <w:tc>
          <w:tcPr>
            <w:tcW w:w="2160" w:type="dxa"/>
          </w:tcPr>
          <w:p w14:paraId="7A46959E" w14:textId="77777777" w:rsidR="00B12C61" w:rsidRDefault="00B12C61" w:rsidP="00B12C61">
            <w:pPr>
              <w:bidi/>
            </w:pPr>
          </w:p>
        </w:tc>
        <w:tc>
          <w:tcPr>
            <w:tcW w:w="2160" w:type="dxa"/>
          </w:tcPr>
          <w:p w14:paraId="00E6D1FA" w14:textId="77777777" w:rsidR="00B12C61" w:rsidRDefault="00B12C61" w:rsidP="00B12C61">
            <w:pPr>
              <w:bidi/>
            </w:pPr>
          </w:p>
        </w:tc>
        <w:tc>
          <w:tcPr>
            <w:tcW w:w="2160" w:type="dxa"/>
          </w:tcPr>
          <w:p w14:paraId="1E8EADCE" w14:textId="77777777" w:rsidR="00B12C61" w:rsidRDefault="00B12C61" w:rsidP="00B12C61">
            <w:pPr>
              <w:bidi/>
            </w:pPr>
          </w:p>
          <w:p w14:paraId="321215CC" w14:textId="77777777" w:rsidR="00B12C61" w:rsidRDefault="00B12C61" w:rsidP="00B12C61">
            <w:pPr>
              <w:bidi/>
            </w:pPr>
          </w:p>
        </w:tc>
      </w:tr>
      <w:tr w:rsidR="00B12C61" w14:paraId="7794563C" w14:textId="77777777">
        <w:tc>
          <w:tcPr>
            <w:tcW w:w="2160" w:type="dxa"/>
          </w:tcPr>
          <w:p w14:paraId="0DC5A707" w14:textId="77777777" w:rsidR="00B12C61" w:rsidRDefault="00B12C61" w:rsidP="00B12C61">
            <w:pPr>
              <w:bidi/>
            </w:pPr>
          </w:p>
        </w:tc>
        <w:tc>
          <w:tcPr>
            <w:tcW w:w="2160" w:type="dxa"/>
          </w:tcPr>
          <w:p w14:paraId="72A5695E" w14:textId="77777777" w:rsidR="00B12C61" w:rsidRDefault="00B12C61" w:rsidP="00B12C61">
            <w:pPr>
              <w:bidi/>
            </w:pPr>
          </w:p>
        </w:tc>
        <w:tc>
          <w:tcPr>
            <w:tcW w:w="2160" w:type="dxa"/>
          </w:tcPr>
          <w:p w14:paraId="4EC83355" w14:textId="77777777" w:rsidR="00B12C61" w:rsidRDefault="00B12C61" w:rsidP="00B12C61">
            <w:pPr>
              <w:bidi/>
            </w:pPr>
          </w:p>
        </w:tc>
        <w:tc>
          <w:tcPr>
            <w:tcW w:w="2160" w:type="dxa"/>
          </w:tcPr>
          <w:p w14:paraId="5CEF58D7" w14:textId="77777777" w:rsidR="00B12C61" w:rsidRDefault="00B12C61" w:rsidP="00B12C61">
            <w:pPr>
              <w:bidi/>
            </w:pPr>
          </w:p>
          <w:p w14:paraId="7F47F717" w14:textId="77777777" w:rsidR="00B12C61" w:rsidRDefault="00B12C61" w:rsidP="00B12C61">
            <w:pPr>
              <w:bidi/>
            </w:pPr>
          </w:p>
          <w:p w14:paraId="71662B34" w14:textId="77777777" w:rsidR="00B12C61" w:rsidRDefault="00B12C61" w:rsidP="00B12C61">
            <w:pPr>
              <w:bidi/>
            </w:pPr>
          </w:p>
        </w:tc>
      </w:tr>
    </w:tbl>
    <w:p w14:paraId="0515F8A0" w14:textId="77777777" w:rsidR="00B12C61" w:rsidRDefault="00B12C61" w:rsidP="00B12C61">
      <w:pPr>
        <w:pStyle w:val="Heading2"/>
        <w:bidi/>
      </w:pPr>
    </w:p>
    <w:p w14:paraId="79911CBC" w14:textId="77777777" w:rsidR="00B12C61" w:rsidRDefault="00B12C61" w:rsidP="00B12C61">
      <w:pPr>
        <w:pStyle w:val="Heading2"/>
        <w:bidi/>
      </w:pPr>
    </w:p>
    <w:p w14:paraId="0BA895BD" w14:textId="77777777" w:rsidR="00B12C61" w:rsidRDefault="00B12C61" w:rsidP="00B12C61">
      <w:pPr>
        <w:pStyle w:val="Heading2"/>
        <w:bidi/>
      </w:pPr>
    </w:p>
    <w:p w14:paraId="29B40B5F" w14:textId="4F08476A" w:rsidR="00034DC4" w:rsidRDefault="00000000" w:rsidP="00B12C61">
      <w:pPr>
        <w:pStyle w:val="Heading2"/>
        <w:bidi/>
      </w:pPr>
      <w:proofErr w:type="spellStart"/>
      <w:r>
        <w:t>الورش</w:t>
      </w:r>
      <w:proofErr w:type="spellEnd"/>
      <w:r>
        <w:t xml:space="preserve"> </w:t>
      </w:r>
      <w:proofErr w:type="spellStart"/>
      <w:r>
        <w:t>والدورات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034DC4" w14:paraId="2FFB8965" w14:textId="77777777">
        <w:tc>
          <w:tcPr>
            <w:tcW w:w="2160" w:type="dxa"/>
          </w:tcPr>
          <w:p w14:paraId="7B2509A9" w14:textId="77777777" w:rsidR="00034DC4" w:rsidRDefault="00000000" w:rsidP="00B12C61">
            <w:pPr>
              <w:bidi/>
            </w:pPr>
            <w:r>
              <w:t>نوع النشاط</w:t>
            </w:r>
          </w:p>
        </w:tc>
        <w:tc>
          <w:tcPr>
            <w:tcW w:w="2160" w:type="dxa"/>
          </w:tcPr>
          <w:p w14:paraId="56F0838A" w14:textId="77777777" w:rsidR="00034DC4" w:rsidRDefault="00000000" w:rsidP="00B12C61">
            <w:pPr>
              <w:bidi/>
            </w:pPr>
            <w:r>
              <w:t>الفئة المستهدفة</w:t>
            </w:r>
          </w:p>
        </w:tc>
        <w:tc>
          <w:tcPr>
            <w:tcW w:w="2160" w:type="dxa"/>
          </w:tcPr>
          <w:p w14:paraId="63F33BBE" w14:textId="77777777" w:rsidR="00034DC4" w:rsidRDefault="00000000" w:rsidP="00B12C61">
            <w:pPr>
              <w:bidi/>
            </w:pPr>
            <w:r>
              <w:t>عنوان النشاط</w:t>
            </w:r>
          </w:p>
        </w:tc>
        <w:tc>
          <w:tcPr>
            <w:tcW w:w="2160" w:type="dxa"/>
          </w:tcPr>
          <w:p w14:paraId="0547D679" w14:textId="77777777" w:rsidR="00034DC4" w:rsidRDefault="00000000" w:rsidP="00B12C61">
            <w:pPr>
              <w:bidi/>
            </w:pPr>
            <w:r>
              <w:t>التاريخ</w:t>
            </w:r>
          </w:p>
        </w:tc>
      </w:tr>
      <w:tr w:rsidR="00B12C61" w14:paraId="7EE27855" w14:textId="77777777">
        <w:tc>
          <w:tcPr>
            <w:tcW w:w="2160" w:type="dxa"/>
          </w:tcPr>
          <w:p w14:paraId="18F4B355" w14:textId="77777777" w:rsidR="00B12C61" w:rsidRDefault="00B12C61" w:rsidP="00B12C61">
            <w:pPr>
              <w:bidi/>
              <w:rPr>
                <w:rtl/>
              </w:rPr>
            </w:pPr>
          </w:p>
          <w:p w14:paraId="1382E50D" w14:textId="32DE723C" w:rsidR="00832849" w:rsidRDefault="00832849" w:rsidP="00832849">
            <w:pPr>
              <w:bidi/>
            </w:pPr>
            <w:r>
              <w:rPr>
                <w:rFonts w:hint="cs"/>
                <w:rtl/>
              </w:rPr>
              <w:t xml:space="preserve">ورشة </w:t>
            </w:r>
          </w:p>
        </w:tc>
        <w:tc>
          <w:tcPr>
            <w:tcW w:w="2160" w:type="dxa"/>
          </w:tcPr>
          <w:p w14:paraId="1092E34C" w14:textId="77777777" w:rsidR="00B12C61" w:rsidRDefault="00B12C61" w:rsidP="00B12C61">
            <w:pPr>
              <w:bidi/>
              <w:rPr>
                <w:rtl/>
              </w:rPr>
            </w:pPr>
          </w:p>
          <w:p w14:paraId="1F99E92F" w14:textId="0A7AC105" w:rsidR="00832849" w:rsidRDefault="00832849" w:rsidP="00832849">
            <w:pPr>
              <w:bidi/>
            </w:pPr>
            <w:r>
              <w:rPr>
                <w:rFonts w:hint="cs"/>
                <w:rtl/>
              </w:rPr>
              <w:t xml:space="preserve">موظفي الجامعة والطلاب </w:t>
            </w:r>
          </w:p>
        </w:tc>
        <w:tc>
          <w:tcPr>
            <w:tcW w:w="2160" w:type="dxa"/>
          </w:tcPr>
          <w:p w14:paraId="4AD0FD8D" w14:textId="77777777" w:rsidR="00B12C61" w:rsidRDefault="00B12C61" w:rsidP="00B12C61">
            <w:pPr>
              <w:bidi/>
              <w:rPr>
                <w:rtl/>
              </w:rPr>
            </w:pPr>
          </w:p>
          <w:p w14:paraId="6E937229" w14:textId="0DDFD195" w:rsidR="00832849" w:rsidRDefault="0071516D" w:rsidP="00832849">
            <w:pPr>
              <w:bidi/>
            </w:pPr>
            <w:r>
              <w:rPr>
                <w:rFonts w:hint="cs"/>
                <w:rtl/>
              </w:rPr>
              <w:t xml:space="preserve"> الكشف المبكر لسرطان الثدي </w:t>
            </w:r>
          </w:p>
        </w:tc>
        <w:tc>
          <w:tcPr>
            <w:tcW w:w="2160" w:type="dxa"/>
          </w:tcPr>
          <w:p w14:paraId="60D53786" w14:textId="77777777" w:rsidR="00B12C61" w:rsidRDefault="00B12C61" w:rsidP="00B12C61">
            <w:pPr>
              <w:bidi/>
              <w:rPr>
                <w:rtl/>
              </w:rPr>
            </w:pPr>
          </w:p>
          <w:p w14:paraId="3600C48B" w14:textId="7A400253" w:rsidR="00832849" w:rsidRDefault="0071516D" w:rsidP="00832849">
            <w:pPr>
              <w:bidi/>
              <w:rPr>
                <w:rFonts w:hint="cs"/>
                <w:rtl/>
                <w:lang w:bidi="ar-IQ"/>
              </w:rPr>
            </w:pPr>
            <w:r>
              <w:rPr>
                <w:rFonts w:hint="cs"/>
                <w:rtl/>
              </w:rPr>
              <w:t>2025</w:t>
            </w:r>
            <w:r>
              <w:t>/</w:t>
            </w:r>
            <w:r>
              <w:rPr>
                <w:rFonts w:hint="cs"/>
                <w:rtl/>
                <w:lang w:bidi="ar-IQ"/>
              </w:rPr>
              <w:t>12</w:t>
            </w:r>
            <w:r w:rsidR="000F1D3C">
              <w:rPr>
                <w:lang w:bidi="ar-IQ"/>
              </w:rPr>
              <w:t>/</w:t>
            </w:r>
            <w:r w:rsidR="000F1D3C">
              <w:rPr>
                <w:rFonts w:hint="cs"/>
                <w:rtl/>
                <w:lang w:bidi="ar-IQ"/>
              </w:rPr>
              <w:t>1</w:t>
            </w:r>
          </w:p>
          <w:p w14:paraId="298F70AD" w14:textId="79D10F9E" w:rsidR="00E0411B" w:rsidRDefault="00E0411B" w:rsidP="00E0411B">
            <w:pPr>
              <w:bidi/>
            </w:pPr>
          </w:p>
        </w:tc>
      </w:tr>
      <w:tr w:rsidR="00B12C61" w14:paraId="7B9E5B12" w14:textId="77777777">
        <w:tc>
          <w:tcPr>
            <w:tcW w:w="2160" w:type="dxa"/>
          </w:tcPr>
          <w:p w14:paraId="753AC21D" w14:textId="77777777" w:rsidR="00B12C61" w:rsidRDefault="00DE7AC0" w:rsidP="00B12C61">
            <w:pPr>
              <w:bidi/>
            </w:pPr>
            <w:r>
              <w:rPr>
                <w:rFonts w:hint="cs"/>
                <w:rtl/>
              </w:rPr>
              <w:t xml:space="preserve">ندوة </w:t>
            </w:r>
          </w:p>
          <w:p w14:paraId="3896D5E2" w14:textId="766507EA" w:rsidR="00E0411B" w:rsidRDefault="00E0411B" w:rsidP="00E0411B">
            <w:pPr>
              <w:bidi/>
            </w:pPr>
          </w:p>
        </w:tc>
        <w:tc>
          <w:tcPr>
            <w:tcW w:w="2160" w:type="dxa"/>
          </w:tcPr>
          <w:p w14:paraId="0D9822D6" w14:textId="4EE1C204" w:rsidR="00B12C61" w:rsidRDefault="00DE7AC0" w:rsidP="00B12C61">
            <w:pPr>
              <w:bidi/>
            </w:pPr>
            <w:r>
              <w:rPr>
                <w:rFonts w:hint="cs"/>
                <w:rtl/>
              </w:rPr>
              <w:t xml:space="preserve">طلاب الجامعة </w:t>
            </w:r>
          </w:p>
        </w:tc>
        <w:tc>
          <w:tcPr>
            <w:tcW w:w="2160" w:type="dxa"/>
          </w:tcPr>
          <w:p w14:paraId="207D1627" w14:textId="6BB15EE3" w:rsidR="00B12C61" w:rsidRDefault="00DE7AC0" w:rsidP="00B12C61">
            <w:pPr>
              <w:bidi/>
            </w:pPr>
            <w:r>
              <w:rPr>
                <w:rFonts w:hint="cs"/>
                <w:rtl/>
              </w:rPr>
              <w:t xml:space="preserve">الاكتئاب </w:t>
            </w:r>
          </w:p>
        </w:tc>
        <w:tc>
          <w:tcPr>
            <w:tcW w:w="2160" w:type="dxa"/>
          </w:tcPr>
          <w:p w14:paraId="4489CF6E" w14:textId="77777777" w:rsidR="00B12C61" w:rsidRDefault="00DE7AC0" w:rsidP="00B12C61">
            <w:pPr>
              <w:bidi/>
              <w:rPr>
                <w:rtl/>
              </w:rPr>
            </w:pPr>
            <w:r>
              <w:t>24/3/ 2025</w:t>
            </w:r>
          </w:p>
          <w:p w14:paraId="4EBFCEE9" w14:textId="77777777" w:rsidR="00E0411B" w:rsidRDefault="00E0411B" w:rsidP="00E0411B">
            <w:pPr>
              <w:bidi/>
              <w:rPr>
                <w:rtl/>
              </w:rPr>
            </w:pPr>
          </w:p>
          <w:p w14:paraId="79C7A8A9" w14:textId="4F35FDD7" w:rsidR="00E0411B" w:rsidRDefault="00E0411B" w:rsidP="00E0411B">
            <w:pPr>
              <w:bidi/>
            </w:pPr>
          </w:p>
        </w:tc>
      </w:tr>
      <w:tr w:rsidR="00B12C61" w14:paraId="1433FBFB" w14:textId="77777777">
        <w:tc>
          <w:tcPr>
            <w:tcW w:w="2160" w:type="dxa"/>
          </w:tcPr>
          <w:p w14:paraId="4491AB68" w14:textId="77777777" w:rsidR="00E0411B" w:rsidRDefault="00E0411B" w:rsidP="00E0411B">
            <w:pPr>
              <w:bidi/>
            </w:pPr>
          </w:p>
          <w:p w14:paraId="3DB99982" w14:textId="014F98BB" w:rsidR="00E0411B" w:rsidRDefault="00E0411B" w:rsidP="00E0411B">
            <w:pPr>
              <w:bidi/>
              <w:rPr>
                <w:rFonts w:hint="cs"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اليوم العلمي </w:t>
            </w:r>
          </w:p>
        </w:tc>
        <w:tc>
          <w:tcPr>
            <w:tcW w:w="2160" w:type="dxa"/>
          </w:tcPr>
          <w:p w14:paraId="3847ACFB" w14:textId="77777777" w:rsidR="00B12C61" w:rsidRDefault="00B12C61" w:rsidP="00B12C61">
            <w:pPr>
              <w:bidi/>
              <w:rPr>
                <w:rtl/>
              </w:rPr>
            </w:pPr>
          </w:p>
          <w:p w14:paraId="1442E07A" w14:textId="0E8F37DF" w:rsidR="00E0411B" w:rsidRDefault="00E0411B" w:rsidP="00E0411B">
            <w:pPr>
              <w:bidi/>
            </w:pPr>
            <w:r>
              <w:rPr>
                <w:rFonts w:hint="cs"/>
                <w:rtl/>
              </w:rPr>
              <w:t xml:space="preserve">طلاب الجامعة </w:t>
            </w:r>
          </w:p>
        </w:tc>
        <w:tc>
          <w:tcPr>
            <w:tcW w:w="2160" w:type="dxa"/>
          </w:tcPr>
          <w:p w14:paraId="06870068" w14:textId="77777777" w:rsidR="00B12C61" w:rsidRDefault="00B12C61" w:rsidP="00B12C61">
            <w:pPr>
              <w:bidi/>
              <w:rPr>
                <w:rtl/>
              </w:rPr>
            </w:pPr>
          </w:p>
          <w:p w14:paraId="64AA7066" w14:textId="3772D441" w:rsidR="00E0411B" w:rsidRDefault="00E0411B" w:rsidP="00E0411B">
            <w:pPr>
              <w:bidi/>
            </w:pPr>
            <w:r>
              <w:rPr>
                <w:rFonts w:hint="cs"/>
                <w:rtl/>
              </w:rPr>
              <w:t>النشاطات العلمية لكلية التمريض</w:t>
            </w:r>
          </w:p>
        </w:tc>
        <w:tc>
          <w:tcPr>
            <w:tcW w:w="2160" w:type="dxa"/>
          </w:tcPr>
          <w:p w14:paraId="2ACAFFA8" w14:textId="77777777" w:rsidR="00B12C61" w:rsidRDefault="00B12C61" w:rsidP="00B12C61">
            <w:pPr>
              <w:bidi/>
              <w:rPr>
                <w:rtl/>
              </w:rPr>
            </w:pPr>
          </w:p>
          <w:p w14:paraId="79A6EF37" w14:textId="37C7CFBB" w:rsidR="00E0411B" w:rsidRDefault="0071516D" w:rsidP="00E0411B">
            <w:pPr>
              <w:bidi/>
              <w:rPr>
                <w:rFonts w:hint="cs"/>
                <w:rtl/>
                <w:lang w:bidi="ar-IQ"/>
              </w:rPr>
            </w:pPr>
            <w:r>
              <w:rPr>
                <w:rFonts w:hint="cs"/>
                <w:rtl/>
              </w:rPr>
              <w:t>2026</w:t>
            </w:r>
            <w:r>
              <w:t>/</w:t>
            </w:r>
            <w:r>
              <w:rPr>
                <w:rFonts w:hint="cs"/>
                <w:rtl/>
                <w:lang w:bidi="ar-IQ"/>
              </w:rPr>
              <w:t>4</w:t>
            </w:r>
            <w:r>
              <w:rPr>
                <w:lang w:bidi="ar-IQ"/>
              </w:rPr>
              <w:t>/</w:t>
            </w:r>
            <w:r>
              <w:rPr>
                <w:rFonts w:hint="cs"/>
                <w:rtl/>
                <w:lang w:bidi="ar-IQ"/>
              </w:rPr>
              <w:t>15</w:t>
            </w:r>
          </w:p>
        </w:tc>
      </w:tr>
      <w:tr w:rsidR="00B12C61" w14:paraId="316ED8FE" w14:textId="77777777">
        <w:tc>
          <w:tcPr>
            <w:tcW w:w="2160" w:type="dxa"/>
          </w:tcPr>
          <w:p w14:paraId="2D165784" w14:textId="77777777" w:rsidR="00B12C61" w:rsidRDefault="00B12C61" w:rsidP="00B12C61">
            <w:pPr>
              <w:bidi/>
            </w:pPr>
          </w:p>
          <w:p w14:paraId="62174ADD" w14:textId="308D94DF" w:rsidR="00E0411B" w:rsidRDefault="00E0411B" w:rsidP="00E0411B">
            <w:pPr>
              <w:bidi/>
            </w:pPr>
            <w:r>
              <w:rPr>
                <w:rFonts w:hint="cs"/>
                <w:rtl/>
              </w:rPr>
              <w:t xml:space="preserve">ورشة </w:t>
            </w:r>
          </w:p>
        </w:tc>
        <w:tc>
          <w:tcPr>
            <w:tcW w:w="2160" w:type="dxa"/>
          </w:tcPr>
          <w:p w14:paraId="329FE404" w14:textId="15FDF0A6" w:rsidR="00B12C61" w:rsidRDefault="00E0411B" w:rsidP="00B12C61">
            <w:pPr>
              <w:bidi/>
            </w:pPr>
            <w:r>
              <w:rPr>
                <w:rFonts w:hint="cs"/>
                <w:rtl/>
              </w:rPr>
              <w:t xml:space="preserve">طلاب الجامعة </w:t>
            </w:r>
          </w:p>
        </w:tc>
        <w:tc>
          <w:tcPr>
            <w:tcW w:w="2160" w:type="dxa"/>
          </w:tcPr>
          <w:p w14:paraId="5979C9BC" w14:textId="77777777" w:rsidR="00B12C61" w:rsidRDefault="00B12C61" w:rsidP="00B12C61">
            <w:pPr>
              <w:bidi/>
              <w:rPr>
                <w:rtl/>
              </w:rPr>
            </w:pPr>
          </w:p>
          <w:p w14:paraId="3AFB3E3A" w14:textId="06DF2CF7" w:rsidR="00E0411B" w:rsidRDefault="00E0411B" w:rsidP="00E0411B">
            <w:pPr>
              <w:bidi/>
            </w:pPr>
            <w:r>
              <w:rPr>
                <w:rFonts w:hint="cs"/>
                <w:rtl/>
              </w:rPr>
              <w:t xml:space="preserve">كيف نصنع بيئة جامعية داعمة للصحة النفسية </w:t>
            </w:r>
          </w:p>
        </w:tc>
        <w:tc>
          <w:tcPr>
            <w:tcW w:w="2160" w:type="dxa"/>
          </w:tcPr>
          <w:p w14:paraId="5CC9C9FB" w14:textId="77777777" w:rsidR="00B12C61" w:rsidRDefault="00B12C61" w:rsidP="00B12C61">
            <w:pPr>
              <w:bidi/>
              <w:rPr>
                <w:rtl/>
              </w:rPr>
            </w:pPr>
          </w:p>
          <w:p w14:paraId="538F0991" w14:textId="676C7EC3" w:rsidR="00E0411B" w:rsidRDefault="00E0411B" w:rsidP="00E0411B">
            <w:pPr>
              <w:bidi/>
              <w:rPr>
                <w:rFonts w:hint="cs"/>
                <w:rtl/>
                <w:lang w:bidi="ar-IQ"/>
              </w:rPr>
            </w:pPr>
            <w:r>
              <w:rPr>
                <w:rFonts w:hint="cs"/>
                <w:rtl/>
              </w:rPr>
              <w:t>2026</w:t>
            </w:r>
            <w:r>
              <w:t xml:space="preserve">/5 / </w:t>
            </w:r>
            <w:r>
              <w:rPr>
                <w:rFonts w:hint="cs"/>
                <w:rtl/>
              </w:rPr>
              <w:t>18</w:t>
            </w:r>
          </w:p>
        </w:tc>
      </w:tr>
    </w:tbl>
    <w:p w14:paraId="5649F1C2" w14:textId="77777777" w:rsidR="00B12C61" w:rsidRDefault="00B12C61" w:rsidP="00B12C61">
      <w:pPr>
        <w:pStyle w:val="Heading2"/>
        <w:bidi/>
      </w:pPr>
    </w:p>
    <w:p w14:paraId="5BA12434" w14:textId="77777777" w:rsidR="00B12C61" w:rsidRDefault="00B12C61" w:rsidP="00B12C61">
      <w:pPr>
        <w:pStyle w:val="Heading2"/>
        <w:bidi/>
      </w:pPr>
    </w:p>
    <w:p w14:paraId="4A108D77" w14:textId="77777777" w:rsidR="00B12C61" w:rsidRDefault="00B12C61" w:rsidP="00B12C61">
      <w:pPr>
        <w:pStyle w:val="Heading2"/>
        <w:bidi/>
      </w:pPr>
    </w:p>
    <w:p w14:paraId="5602E447" w14:textId="77777777" w:rsidR="00B12C61" w:rsidRDefault="00B12C61" w:rsidP="00B12C61">
      <w:pPr>
        <w:bidi/>
      </w:pPr>
    </w:p>
    <w:p w14:paraId="39721BE2" w14:textId="77777777" w:rsidR="00B12C61" w:rsidRDefault="00B12C61" w:rsidP="00B12C61">
      <w:pPr>
        <w:bidi/>
        <w:rPr>
          <w:lang w:bidi="ar-IQ"/>
        </w:rPr>
      </w:pPr>
    </w:p>
    <w:p w14:paraId="44ADEE2D" w14:textId="77777777" w:rsidR="005D5F5E" w:rsidRDefault="005D5F5E" w:rsidP="005D5F5E">
      <w:pPr>
        <w:bidi/>
        <w:rPr>
          <w:lang w:bidi="ar-IQ"/>
        </w:rPr>
      </w:pPr>
    </w:p>
    <w:p w14:paraId="43389FE4" w14:textId="77777777" w:rsidR="005D5F5E" w:rsidRPr="00B12C61" w:rsidRDefault="005D5F5E" w:rsidP="005D5F5E">
      <w:pPr>
        <w:bidi/>
        <w:rPr>
          <w:rFonts w:hint="cs"/>
          <w:lang w:bidi="ar-IQ"/>
        </w:rPr>
      </w:pPr>
    </w:p>
    <w:p w14:paraId="5FD2AC53" w14:textId="5B902B6F" w:rsidR="00034DC4" w:rsidRDefault="00000000" w:rsidP="00B12C61">
      <w:pPr>
        <w:pStyle w:val="Heading2"/>
        <w:bidi/>
      </w:pPr>
      <w:proofErr w:type="spellStart"/>
      <w:r>
        <w:lastRenderedPageBreak/>
        <w:t>خدمة</w:t>
      </w:r>
      <w:proofErr w:type="spellEnd"/>
      <w:r>
        <w:t xml:space="preserve"> </w:t>
      </w:r>
      <w:proofErr w:type="spellStart"/>
      <w:r>
        <w:t>المجتمع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8"/>
        <w:gridCol w:w="2157"/>
      </w:tblGrid>
      <w:tr w:rsidR="00034DC4" w14:paraId="62FD0963" w14:textId="77777777">
        <w:tc>
          <w:tcPr>
            <w:tcW w:w="2160" w:type="dxa"/>
          </w:tcPr>
          <w:p w14:paraId="3029D4AE" w14:textId="77777777" w:rsidR="00034DC4" w:rsidRDefault="00000000" w:rsidP="00B12C61">
            <w:pPr>
              <w:bidi/>
            </w:pPr>
            <w:r>
              <w:t>الجهة المستفيدة</w:t>
            </w:r>
          </w:p>
        </w:tc>
        <w:tc>
          <w:tcPr>
            <w:tcW w:w="2160" w:type="dxa"/>
          </w:tcPr>
          <w:p w14:paraId="4FD0D999" w14:textId="77777777" w:rsidR="00034DC4" w:rsidRDefault="00000000" w:rsidP="00B12C61">
            <w:pPr>
              <w:bidi/>
            </w:pPr>
            <w:r>
              <w:t>تفاصيل الخدمة</w:t>
            </w:r>
          </w:p>
        </w:tc>
        <w:tc>
          <w:tcPr>
            <w:tcW w:w="2160" w:type="dxa"/>
          </w:tcPr>
          <w:p w14:paraId="1A3899E0" w14:textId="77777777" w:rsidR="00034DC4" w:rsidRDefault="00000000" w:rsidP="00B12C61">
            <w:pPr>
              <w:bidi/>
            </w:pPr>
            <w:r>
              <w:t>المشاركون</w:t>
            </w:r>
          </w:p>
        </w:tc>
        <w:tc>
          <w:tcPr>
            <w:tcW w:w="2160" w:type="dxa"/>
          </w:tcPr>
          <w:p w14:paraId="0873F14F" w14:textId="77777777" w:rsidR="00034DC4" w:rsidRDefault="00000000" w:rsidP="00B12C61">
            <w:pPr>
              <w:bidi/>
            </w:pPr>
            <w:r>
              <w:t>ملاحظات</w:t>
            </w:r>
          </w:p>
        </w:tc>
      </w:tr>
      <w:tr w:rsidR="000F1D3C" w14:paraId="0AD70891" w14:textId="77777777">
        <w:tc>
          <w:tcPr>
            <w:tcW w:w="2160" w:type="dxa"/>
          </w:tcPr>
          <w:p w14:paraId="315F52C1" w14:textId="77777777" w:rsidR="000F1D3C" w:rsidRDefault="000F1D3C" w:rsidP="00B12C61">
            <w:pPr>
              <w:bidi/>
              <w:rPr>
                <w:rtl/>
              </w:rPr>
            </w:pPr>
          </w:p>
          <w:p w14:paraId="7135AECC" w14:textId="4ECD9A92" w:rsidR="000F1D3C" w:rsidRDefault="000F1D3C" w:rsidP="000F1D3C">
            <w:pPr>
              <w:bidi/>
            </w:pPr>
            <w:r>
              <w:rPr>
                <w:rFonts w:hint="cs"/>
                <w:rtl/>
              </w:rPr>
              <w:t xml:space="preserve">موظفي العتبة الكاظمية </w:t>
            </w:r>
          </w:p>
        </w:tc>
        <w:tc>
          <w:tcPr>
            <w:tcW w:w="2160" w:type="dxa"/>
          </w:tcPr>
          <w:p w14:paraId="788BB5FB" w14:textId="77777777" w:rsidR="000F1D3C" w:rsidRDefault="000F1D3C" w:rsidP="00B12C61">
            <w:pPr>
              <w:bidi/>
              <w:rPr>
                <w:rtl/>
              </w:rPr>
            </w:pPr>
          </w:p>
          <w:p w14:paraId="337FC5EA" w14:textId="5F21D040" w:rsidR="000F1D3C" w:rsidRDefault="000F1D3C" w:rsidP="000F1D3C">
            <w:pPr>
              <w:bidi/>
            </w:pPr>
            <w:r>
              <w:rPr>
                <w:rFonts w:hint="cs"/>
                <w:rtl/>
              </w:rPr>
              <w:t xml:space="preserve">ندوة حول كيفية الكشف المبكر لسرطان الثدي </w:t>
            </w:r>
          </w:p>
        </w:tc>
        <w:tc>
          <w:tcPr>
            <w:tcW w:w="2160" w:type="dxa"/>
          </w:tcPr>
          <w:p w14:paraId="1FA95A90" w14:textId="77777777" w:rsidR="000F1D3C" w:rsidRDefault="000F1D3C" w:rsidP="00B12C61">
            <w:pPr>
              <w:bidi/>
              <w:rPr>
                <w:rtl/>
              </w:rPr>
            </w:pPr>
          </w:p>
          <w:p w14:paraId="47D87AF3" w14:textId="3C7105B7" w:rsidR="000F1D3C" w:rsidRPr="000F1D3C" w:rsidRDefault="000F1D3C" w:rsidP="000F1D3C">
            <w:pPr>
              <w:bidi/>
            </w:pPr>
            <w:r>
              <w:rPr>
                <w:rFonts w:hint="cs"/>
                <w:rtl/>
              </w:rPr>
              <w:t>طلاب واساتذة كلية التمريض فرع النسائية</w:t>
            </w:r>
          </w:p>
        </w:tc>
        <w:tc>
          <w:tcPr>
            <w:tcW w:w="2160" w:type="dxa"/>
          </w:tcPr>
          <w:p w14:paraId="0CC4AB31" w14:textId="77777777" w:rsidR="000F1D3C" w:rsidRDefault="000F1D3C" w:rsidP="00B12C61">
            <w:pPr>
              <w:bidi/>
              <w:rPr>
                <w:rtl/>
              </w:rPr>
            </w:pPr>
          </w:p>
          <w:p w14:paraId="56F1870E" w14:textId="7E5C1F07" w:rsidR="000F1D3C" w:rsidRDefault="000F1D3C" w:rsidP="000F1D3C">
            <w:pPr>
              <w:bidi/>
            </w:pPr>
            <w:r>
              <w:rPr>
                <w:rFonts w:hint="cs"/>
                <w:rtl/>
              </w:rPr>
              <w:t>تم تحقيق الهدف</w:t>
            </w:r>
          </w:p>
        </w:tc>
      </w:tr>
      <w:tr w:rsidR="000F1D3C" w14:paraId="1ECF14EF" w14:textId="77777777">
        <w:tc>
          <w:tcPr>
            <w:tcW w:w="2160" w:type="dxa"/>
          </w:tcPr>
          <w:p w14:paraId="00056E6B" w14:textId="77777777" w:rsidR="000F1D3C" w:rsidRDefault="000F1D3C" w:rsidP="00B12C61">
            <w:pPr>
              <w:bidi/>
              <w:rPr>
                <w:rtl/>
              </w:rPr>
            </w:pPr>
          </w:p>
          <w:p w14:paraId="23F49C06" w14:textId="52A2BB36" w:rsidR="000F1D3C" w:rsidRDefault="000F1D3C" w:rsidP="000F1D3C">
            <w:pPr>
              <w:bidi/>
            </w:pPr>
            <w:r>
              <w:rPr>
                <w:rFonts w:hint="cs"/>
                <w:rtl/>
              </w:rPr>
              <w:t xml:space="preserve">مركز رعاية المسنين </w:t>
            </w:r>
          </w:p>
        </w:tc>
        <w:tc>
          <w:tcPr>
            <w:tcW w:w="2160" w:type="dxa"/>
          </w:tcPr>
          <w:p w14:paraId="175C854D" w14:textId="77777777" w:rsidR="000F1D3C" w:rsidRDefault="000F1D3C" w:rsidP="00B12C61">
            <w:pPr>
              <w:bidi/>
              <w:rPr>
                <w:rtl/>
              </w:rPr>
            </w:pPr>
          </w:p>
          <w:p w14:paraId="7A124A86" w14:textId="11302D76" w:rsidR="000F1D3C" w:rsidRDefault="000F1D3C" w:rsidP="000F1D3C">
            <w:pPr>
              <w:bidi/>
            </w:pPr>
            <w:r>
              <w:rPr>
                <w:rFonts w:hint="cs"/>
                <w:rtl/>
              </w:rPr>
              <w:t xml:space="preserve">فحص المسنين وتقديم المساعدة والدعم النفسي والعاطفي </w:t>
            </w:r>
          </w:p>
        </w:tc>
        <w:tc>
          <w:tcPr>
            <w:tcW w:w="2160" w:type="dxa"/>
          </w:tcPr>
          <w:p w14:paraId="614B83BA" w14:textId="77777777" w:rsidR="000F1D3C" w:rsidRDefault="000F1D3C" w:rsidP="00B12C61">
            <w:pPr>
              <w:bidi/>
              <w:rPr>
                <w:rtl/>
              </w:rPr>
            </w:pPr>
          </w:p>
          <w:p w14:paraId="2AC1E74C" w14:textId="734697C6" w:rsidR="000F1D3C" w:rsidRDefault="000F1D3C" w:rsidP="000F1D3C">
            <w:pPr>
              <w:bidi/>
            </w:pPr>
            <w:r>
              <w:rPr>
                <w:rFonts w:hint="cs"/>
                <w:rtl/>
              </w:rPr>
              <w:t xml:space="preserve">طلاب المرحلة الرابعة كلية التمريض فرع صحة المجتمع\ مع اساتذة القسم </w:t>
            </w:r>
          </w:p>
        </w:tc>
        <w:tc>
          <w:tcPr>
            <w:tcW w:w="2160" w:type="dxa"/>
          </w:tcPr>
          <w:p w14:paraId="387419EC" w14:textId="77777777" w:rsidR="000F1D3C" w:rsidRDefault="000F1D3C" w:rsidP="00B12C61">
            <w:pPr>
              <w:bidi/>
              <w:rPr>
                <w:rtl/>
              </w:rPr>
            </w:pPr>
          </w:p>
          <w:p w14:paraId="6BD328BF" w14:textId="4C48A7AB" w:rsidR="000F1D3C" w:rsidRDefault="001E0AB1" w:rsidP="000F1D3C">
            <w:pPr>
              <w:bidi/>
            </w:pPr>
            <w:r>
              <w:rPr>
                <w:rFonts w:hint="cs"/>
                <w:rtl/>
              </w:rPr>
              <w:t>تم تحقيق الهدف</w:t>
            </w:r>
          </w:p>
        </w:tc>
      </w:tr>
      <w:tr w:rsidR="000F1D3C" w14:paraId="0C733AA1" w14:textId="77777777">
        <w:tc>
          <w:tcPr>
            <w:tcW w:w="2160" w:type="dxa"/>
          </w:tcPr>
          <w:p w14:paraId="27CE4FE8" w14:textId="77777777" w:rsidR="000F1D3C" w:rsidRDefault="000F1D3C" w:rsidP="00B12C61">
            <w:pPr>
              <w:bidi/>
              <w:rPr>
                <w:rtl/>
              </w:rPr>
            </w:pPr>
          </w:p>
          <w:p w14:paraId="65A31AD4" w14:textId="73FFD8C4" w:rsidR="000F1D3C" w:rsidRDefault="000F1D3C" w:rsidP="000F1D3C">
            <w:pPr>
              <w:bidi/>
            </w:pPr>
            <w:r>
              <w:rPr>
                <w:rFonts w:hint="cs"/>
                <w:rtl/>
              </w:rPr>
              <w:t xml:space="preserve">معمل النسيج في الكاظمية </w:t>
            </w:r>
          </w:p>
        </w:tc>
        <w:tc>
          <w:tcPr>
            <w:tcW w:w="2160" w:type="dxa"/>
          </w:tcPr>
          <w:p w14:paraId="6232BFAE" w14:textId="77777777" w:rsidR="000F1D3C" w:rsidRDefault="000F1D3C" w:rsidP="00B12C61">
            <w:pPr>
              <w:bidi/>
              <w:rPr>
                <w:rtl/>
              </w:rPr>
            </w:pPr>
          </w:p>
          <w:p w14:paraId="3D493558" w14:textId="0280CF7C" w:rsidR="000F1D3C" w:rsidRDefault="000F1D3C" w:rsidP="000F1D3C">
            <w:pPr>
              <w:bidi/>
            </w:pPr>
            <w:r>
              <w:rPr>
                <w:rFonts w:hint="cs"/>
                <w:rtl/>
              </w:rPr>
              <w:t xml:space="preserve">العرف على السلامة المهنية للعمال وتقديم </w:t>
            </w:r>
            <w:r w:rsidR="001E0AB1">
              <w:rPr>
                <w:rFonts w:hint="cs"/>
                <w:rtl/>
              </w:rPr>
              <w:t xml:space="preserve">الارشادات لصحة افضل </w:t>
            </w:r>
          </w:p>
        </w:tc>
        <w:tc>
          <w:tcPr>
            <w:tcW w:w="2160" w:type="dxa"/>
          </w:tcPr>
          <w:p w14:paraId="5478B984" w14:textId="77777777" w:rsidR="000F1D3C" w:rsidRDefault="000F1D3C" w:rsidP="00B12C61">
            <w:pPr>
              <w:bidi/>
              <w:rPr>
                <w:rtl/>
              </w:rPr>
            </w:pPr>
          </w:p>
          <w:p w14:paraId="3C905440" w14:textId="291DAC40" w:rsidR="000F1D3C" w:rsidRDefault="000F1D3C" w:rsidP="000F1D3C">
            <w:pPr>
              <w:bidi/>
            </w:pPr>
            <w:r>
              <w:rPr>
                <w:rFonts w:hint="cs"/>
                <w:rtl/>
              </w:rPr>
              <w:t>طلاب  واساتذة المرحلة الرابعة كلية التمريض</w:t>
            </w:r>
            <w:r w:rsidR="001E0AB1">
              <w:rPr>
                <w:rFonts w:hint="cs"/>
                <w:rtl/>
              </w:rPr>
              <w:t xml:space="preserve"> فرع</w:t>
            </w:r>
            <w:r>
              <w:rPr>
                <w:rFonts w:hint="cs"/>
                <w:rtl/>
              </w:rPr>
              <w:t xml:space="preserve">  </w:t>
            </w:r>
            <w:r w:rsidR="001E0AB1">
              <w:rPr>
                <w:rFonts w:hint="cs"/>
                <w:rtl/>
              </w:rPr>
              <w:t xml:space="preserve">صحة المجتمع </w:t>
            </w:r>
          </w:p>
        </w:tc>
        <w:tc>
          <w:tcPr>
            <w:tcW w:w="2160" w:type="dxa"/>
          </w:tcPr>
          <w:p w14:paraId="549B7301" w14:textId="77777777" w:rsidR="000F1D3C" w:rsidRDefault="000F1D3C" w:rsidP="00B12C61">
            <w:pPr>
              <w:bidi/>
              <w:rPr>
                <w:rtl/>
              </w:rPr>
            </w:pPr>
          </w:p>
          <w:p w14:paraId="07FCE894" w14:textId="3AFF7303" w:rsidR="000F1D3C" w:rsidRDefault="001E0AB1" w:rsidP="000F1D3C">
            <w:pPr>
              <w:bidi/>
            </w:pPr>
            <w:r>
              <w:rPr>
                <w:rFonts w:hint="cs"/>
                <w:rtl/>
              </w:rPr>
              <w:t>تم تحقيق الهدف</w:t>
            </w:r>
          </w:p>
        </w:tc>
      </w:tr>
      <w:tr w:rsidR="000F1D3C" w14:paraId="36BACC3B" w14:textId="77777777">
        <w:tc>
          <w:tcPr>
            <w:tcW w:w="2160" w:type="dxa"/>
          </w:tcPr>
          <w:p w14:paraId="20D396FA" w14:textId="77777777" w:rsidR="000F1D3C" w:rsidRDefault="000F1D3C" w:rsidP="00B12C61">
            <w:pPr>
              <w:bidi/>
              <w:rPr>
                <w:rtl/>
              </w:rPr>
            </w:pPr>
          </w:p>
          <w:p w14:paraId="76CE611A" w14:textId="40F370B9" w:rsidR="001E0AB1" w:rsidRDefault="001E0AB1" w:rsidP="001E0AB1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اطفال الروضات والحضانات </w:t>
            </w:r>
          </w:p>
          <w:p w14:paraId="598B024F" w14:textId="77777777" w:rsidR="001E0AB1" w:rsidRDefault="001E0AB1" w:rsidP="001E0AB1">
            <w:pPr>
              <w:bidi/>
              <w:rPr>
                <w:rtl/>
              </w:rPr>
            </w:pPr>
          </w:p>
          <w:p w14:paraId="09E3814A" w14:textId="77777777" w:rsidR="001E0AB1" w:rsidRDefault="001E0AB1" w:rsidP="001E0AB1">
            <w:pPr>
              <w:bidi/>
              <w:rPr>
                <w:rtl/>
              </w:rPr>
            </w:pPr>
          </w:p>
          <w:p w14:paraId="2A97F513" w14:textId="77777777" w:rsidR="001E0AB1" w:rsidRDefault="001E0AB1" w:rsidP="001E0AB1">
            <w:pPr>
              <w:bidi/>
            </w:pPr>
          </w:p>
        </w:tc>
        <w:tc>
          <w:tcPr>
            <w:tcW w:w="2160" w:type="dxa"/>
          </w:tcPr>
          <w:p w14:paraId="44E48964" w14:textId="77777777" w:rsidR="000F1D3C" w:rsidRDefault="000F1D3C" w:rsidP="00B12C61">
            <w:pPr>
              <w:bidi/>
              <w:rPr>
                <w:rtl/>
              </w:rPr>
            </w:pPr>
          </w:p>
          <w:p w14:paraId="22A1A13C" w14:textId="2681A62F" w:rsidR="001E0AB1" w:rsidRDefault="001E0AB1" w:rsidP="001E0AB1">
            <w:pPr>
              <w:bidi/>
            </w:pPr>
            <w:r>
              <w:rPr>
                <w:rFonts w:hint="cs"/>
                <w:rtl/>
              </w:rPr>
              <w:t>التعرف على صحة الاطفال اوزانهم ومقدار النمو بالنسبة للعمر وملائمة المساحة والتهوية بالنسبة لعدد الاطفال</w:t>
            </w:r>
          </w:p>
        </w:tc>
        <w:tc>
          <w:tcPr>
            <w:tcW w:w="2160" w:type="dxa"/>
          </w:tcPr>
          <w:p w14:paraId="3116FE24" w14:textId="77777777" w:rsidR="000F1D3C" w:rsidRDefault="000F1D3C" w:rsidP="00B12C61">
            <w:pPr>
              <w:bidi/>
              <w:rPr>
                <w:rtl/>
              </w:rPr>
            </w:pPr>
          </w:p>
          <w:p w14:paraId="2DB351A4" w14:textId="5FFD153A" w:rsidR="001E0AB1" w:rsidRDefault="001E0AB1" w:rsidP="001E0AB1">
            <w:pPr>
              <w:bidi/>
            </w:pPr>
            <w:r>
              <w:rPr>
                <w:rFonts w:hint="cs"/>
                <w:rtl/>
              </w:rPr>
              <w:t>طلاب واساتذة المرحلة الثالثة كلية التمريض فرع الاطفال</w:t>
            </w:r>
          </w:p>
        </w:tc>
        <w:tc>
          <w:tcPr>
            <w:tcW w:w="2160" w:type="dxa"/>
          </w:tcPr>
          <w:p w14:paraId="3B885603" w14:textId="77777777" w:rsidR="000F1D3C" w:rsidRDefault="000F1D3C" w:rsidP="00B12C61">
            <w:pPr>
              <w:bidi/>
              <w:rPr>
                <w:rtl/>
              </w:rPr>
            </w:pPr>
          </w:p>
          <w:p w14:paraId="534FC80F" w14:textId="410BCCCD" w:rsidR="000F1D3C" w:rsidRDefault="001E0AB1" w:rsidP="000F1D3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تم تحقيق الهدف</w:t>
            </w:r>
          </w:p>
        </w:tc>
      </w:tr>
    </w:tbl>
    <w:p w14:paraId="7A27E857" w14:textId="6E5AC93D" w:rsidR="00B12C61" w:rsidRDefault="00000000" w:rsidP="005D5F5E">
      <w:pPr>
        <w:pStyle w:val="Heading2"/>
        <w:bidi/>
      </w:pPr>
      <w:r>
        <w:t>ا</w:t>
      </w:r>
    </w:p>
    <w:p w14:paraId="205E02D1" w14:textId="06D1A4C0" w:rsidR="00034DC4" w:rsidRDefault="00EA4BD4" w:rsidP="00B12C61">
      <w:pPr>
        <w:pStyle w:val="Heading2"/>
        <w:bidi/>
      </w:pPr>
      <w:r>
        <w:rPr>
          <w:rFonts w:hint="cs"/>
          <w:rtl/>
          <w:lang w:bidi="ar-IQ"/>
        </w:rPr>
        <w:t>ا</w:t>
      </w:r>
      <w:r w:rsidR="00000000">
        <w:t>لخطة البحثية</w:t>
      </w:r>
    </w:p>
    <w:p w14:paraId="68D5BF38" w14:textId="77777777" w:rsidR="00000000" w:rsidRDefault="00000000" w:rsidP="00B12C61">
      <w:pPr>
        <w:bidi/>
        <w:rPr>
          <w:rtl/>
        </w:rPr>
      </w:pPr>
    </w:p>
    <w:p w14:paraId="4AABF054" w14:textId="4F29849F" w:rsidR="0013575F" w:rsidRDefault="0013575F" w:rsidP="00EA4BD4">
      <w:r>
        <w:t>Prof. Intisar Abdul Ghani Khudhur, Dr. Nada Abdul Wahhab: Assessing Mental Health Needs among Families in communities with higher density for Sustainable Community Health Development</w:t>
      </w:r>
      <w:r w:rsidR="00EA4BD4">
        <w:rPr>
          <w:rFonts w:cs="Arial"/>
        </w:rPr>
        <w:t>.</w:t>
      </w:r>
    </w:p>
    <w:p w14:paraId="35494588" w14:textId="010F7D9A" w:rsidR="00EA4BD4" w:rsidRDefault="0013575F" w:rsidP="00EA4BD4">
      <w:pPr>
        <w:rPr>
          <w:rFonts w:cs="Arial"/>
        </w:rPr>
      </w:pPr>
      <w:r>
        <w:t xml:space="preserve">Prof. Intisar Abdul Ghani khudhur, Thamer </w:t>
      </w:r>
      <w:proofErr w:type="spellStart"/>
      <w:r>
        <w:t>kadum</w:t>
      </w:r>
      <w:proofErr w:type="spellEnd"/>
      <w:r>
        <w:t xml:space="preserve"> Al </w:t>
      </w:r>
      <w:proofErr w:type="spellStart"/>
      <w:r>
        <w:t>Hilfi</w:t>
      </w:r>
      <w:proofErr w:type="spellEnd"/>
      <w:r>
        <w:t>, Mustafa Flayyih Abdul Radha: Bronchial Disease Patterns in Baghdad’s Pediatric School Population: A Cross-Sectional Stud</w:t>
      </w:r>
      <w:r w:rsidR="00EA4BD4">
        <w:t>y.</w:t>
      </w:r>
    </w:p>
    <w:p w14:paraId="5A641D86" w14:textId="3934AFCE" w:rsidR="0013575F" w:rsidRDefault="0013575F" w:rsidP="00EA4BD4">
      <w:proofErr w:type="spellStart"/>
      <w:r>
        <w:t>Dr.Talib</w:t>
      </w:r>
      <w:proofErr w:type="spellEnd"/>
      <w:r>
        <w:t xml:space="preserve"> </w:t>
      </w:r>
      <w:proofErr w:type="spellStart"/>
      <w:r>
        <w:t>kalefaa</w:t>
      </w:r>
      <w:proofErr w:type="spellEnd"/>
      <w:r>
        <w:t xml:space="preserve">: Indigenous Land Rights and the Legal Challenges of Ecological Conservation, Environmental and social psychology, Vol. 11 No. 1 (2026): </w:t>
      </w:r>
      <w:proofErr w:type="gramStart"/>
      <w:r>
        <w:t>Published :</w:t>
      </w:r>
      <w:proofErr w:type="gramEnd"/>
      <w:r>
        <w:t xml:space="preserve"> DOI: https://doi.org/10.59429/esp.v11i1.3996</w:t>
      </w:r>
    </w:p>
    <w:p w14:paraId="69B94093" w14:textId="77777777" w:rsidR="00EA4BD4" w:rsidRDefault="0013575F" w:rsidP="00EA4BD4">
      <w:r>
        <w:rPr>
          <w:rFonts w:cs="Arial"/>
          <w:rtl/>
        </w:rPr>
        <w:t xml:space="preserve"> </w:t>
      </w:r>
      <w:r w:rsidR="00EA4BD4">
        <w:t>Ammar Abdul Khaliq: Biometric surveillance in environmental protection: Legal, ethical, and social-psychological perspectives knowledge, Environment and Social Psychology Open-source preview, 2025, 10(10), 3943</w:t>
      </w:r>
    </w:p>
    <w:p w14:paraId="4DCD82C2" w14:textId="02EF2F68" w:rsidR="0013575F" w:rsidRDefault="0013575F" w:rsidP="0013575F"/>
    <w:p w14:paraId="3C23293E" w14:textId="4FA95A99" w:rsidR="005D30EF" w:rsidRPr="005D30EF" w:rsidRDefault="005D30EF" w:rsidP="005D30EF">
      <w:pPr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t xml:space="preserve">Ammar Abdul </w:t>
      </w:r>
      <w:proofErr w:type="gramStart"/>
      <w:r>
        <w:t>Khaliq</w:t>
      </w:r>
      <w:r w:rsidRPr="005D30EF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IQ"/>
        </w:rPr>
        <w:t>:</w:t>
      </w:r>
      <w:proofErr w:type="gramEnd"/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5D30EF">
        <w:rPr>
          <w:rFonts w:asciiTheme="majorBidi" w:hAnsiTheme="majorBidi" w:cstheme="majorBidi"/>
          <w:sz w:val="24"/>
          <w:szCs w:val="24"/>
          <w:lang w:bidi="ar-IQ"/>
        </w:rPr>
        <w:t>Effect of Therapeutic Play Intervention on Emotional Responses in Pediatric Patients</w:t>
      </w:r>
      <w:r w:rsidRPr="005D30EF">
        <w:rPr>
          <w:rFonts w:asciiTheme="majorBidi" w:hAnsiTheme="majorBidi" w:cstheme="majorBidi"/>
          <w:sz w:val="32"/>
          <w:szCs w:val="32"/>
          <w:lang w:bidi="ar-IQ"/>
        </w:rPr>
        <w:t xml:space="preserve"> </w:t>
      </w:r>
      <w:r w:rsidRPr="005D30EF">
        <w:rPr>
          <w:rFonts w:asciiTheme="majorBidi" w:hAnsiTheme="majorBidi" w:cstheme="majorBidi"/>
          <w:sz w:val="24"/>
          <w:szCs w:val="24"/>
          <w:lang w:bidi="ar-IQ"/>
        </w:rPr>
        <w:t>receiving Chemotherapy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r w:rsidRPr="007B1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EG"/>
        </w:rPr>
        <w:t>Journal of educational and psychological sciences</w:t>
      </w:r>
    </w:p>
    <w:p w14:paraId="60076CBF" w14:textId="77777777" w:rsidR="0013575F" w:rsidRPr="0013575F" w:rsidRDefault="0013575F" w:rsidP="0013575F">
      <w:pPr>
        <w:rPr>
          <w:lang w:bidi="ar-IQ"/>
        </w:rPr>
      </w:pPr>
    </w:p>
    <w:p w14:paraId="2A38258A" w14:textId="77777777" w:rsidR="00B12C61" w:rsidRDefault="00B12C61" w:rsidP="00B12C61">
      <w:pPr>
        <w:bidi/>
      </w:pPr>
    </w:p>
    <w:sectPr w:rsidR="00B12C6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0703564">
    <w:abstractNumId w:val="8"/>
  </w:num>
  <w:num w:numId="2" w16cid:durableId="1960256682">
    <w:abstractNumId w:val="6"/>
  </w:num>
  <w:num w:numId="3" w16cid:durableId="702438103">
    <w:abstractNumId w:val="5"/>
  </w:num>
  <w:num w:numId="4" w16cid:durableId="1659918103">
    <w:abstractNumId w:val="4"/>
  </w:num>
  <w:num w:numId="5" w16cid:durableId="2013407806">
    <w:abstractNumId w:val="7"/>
  </w:num>
  <w:num w:numId="6" w16cid:durableId="191235532">
    <w:abstractNumId w:val="3"/>
  </w:num>
  <w:num w:numId="7" w16cid:durableId="1025904759">
    <w:abstractNumId w:val="2"/>
  </w:num>
  <w:num w:numId="8" w16cid:durableId="1787776108">
    <w:abstractNumId w:val="1"/>
  </w:num>
  <w:num w:numId="9" w16cid:durableId="158715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DC4"/>
    <w:rsid w:val="0006063C"/>
    <w:rsid w:val="000F1D3C"/>
    <w:rsid w:val="0013575F"/>
    <w:rsid w:val="0015074B"/>
    <w:rsid w:val="001846C7"/>
    <w:rsid w:val="001E0AB1"/>
    <w:rsid w:val="0029299D"/>
    <w:rsid w:val="0029639D"/>
    <w:rsid w:val="00326F90"/>
    <w:rsid w:val="005D30EF"/>
    <w:rsid w:val="005D5F5E"/>
    <w:rsid w:val="0071516D"/>
    <w:rsid w:val="00775EAC"/>
    <w:rsid w:val="00782CC6"/>
    <w:rsid w:val="00832849"/>
    <w:rsid w:val="00973B2E"/>
    <w:rsid w:val="00AA1D8D"/>
    <w:rsid w:val="00B12C61"/>
    <w:rsid w:val="00B47730"/>
    <w:rsid w:val="00C632BD"/>
    <w:rsid w:val="00CB0664"/>
    <w:rsid w:val="00DE7AC0"/>
    <w:rsid w:val="00DF08A1"/>
    <w:rsid w:val="00E0411B"/>
    <w:rsid w:val="00EA4B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836BE1"/>
  <w14:defaultImageDpi w14:val="300"/>
  <w15:docId w15:val="{7985498F-D2DC-4FC2-9F99-C1355CC6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انتصار خضر</cp:lastModifiedBy>
  <cp:revision>2</cp:revision>
  <dcterms:created xsi:type="dcterms:W3CDTF">2026-06-18T22:56:00Z</dcterms:created>
  <dcterms:modified xsi:type="dcterms:W3CDTF">2026-06-18T22:56:00Z</dcterms:modified>
  <cp:category/>
</cp:coreProperties>
</file>